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במילים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 משפחת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שורש לתחילית וסיומת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גם שורשים מרובעים עם ארבע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כולן נבנות מאותו שורש אבל בתבניות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מציאת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מצאו את הפועל או המילה הבסיסית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הסירו תחיליות, כמו מ-, ה-, ת-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הסירו סיומות, כמו -ים, -ה, -ות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נכון עם שתי מילים תואמות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שתחילית נוספת למילה ואינה חלק מהשורש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שלוש (לפעמים ארבע)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ולבדוק יחד לפני המענה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בלוח דוגמה אחת של הסרת תחילית וסיומת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בסוף השיעור על ההבדל בין שורש למשפחת 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זיהוי שורש במילים, נבדוק אילו מילים שייכות לאותה משפחה, ונבחין בין שורש לבין תחיליות וסיומות שמתווספות אליו.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דבר  ·  משפחת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אותיות יש בדרך כלל בשורש?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מהמילים הבאות שייכת למשפחת השורש כת-ב?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השורשים יש בדיוק שלוש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מילים מאותה משפחה יכולות להיות בחלקי דיבר שונים, כמו שם עצם ופועל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המילה "מדברים"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קבוצת מילים שנבנתה מאותו שורש נקראת __________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כתבתי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מלמדת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שומרים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למד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מציאת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הסירו תחיליות, כמו מ-, ה-, ת-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הסירו סיומות, כמו -ים, -ה, -ות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מצאו את הפועל או המילה הבסיסית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שורש אחד ושתי מילים מאותה 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שורש לתחילית?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