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השורש במילים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מושג משפחת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שורש לתחילית וסיומת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אותיות שמתווספות בתחילת המילה ואינן חלק מהשורש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לבש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גם שורשים מרובעים עם ארבע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כולן נבנות מאותו שורש אבל בתבניות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הן רק נוספות למילה ואינן חלק מהשורש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שורשים נחים הכוללים ו' או י'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תחילית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בניין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(למד)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(ישב)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מציאת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מצאו את הפועל או המילה הבסיסית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הסירו תחיליות, כמו מ-, ה-, ת-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הסירו סיומות, כמו -ים, -ה, -ות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בדקו אילו אותיות נשארות וחוזרות במילים דומות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ודאו שיש שלוש או ארבע אותיות 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שהשורש זהה בשלוש המילים, ושיש הבחנה נכונה בין חלקי הדיבר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נכון עם שתי מילים תואמות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שתחילית נוספת למילה ואינה חלק מהשורש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שלוש (לפעמים ארבע)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ולבדוק יחד לפני המענה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בלוח דוגמה אחת של הסרת תחילית וסיומת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בסוף השיעור על ההבדל בין שורש למשפחת 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מה זה שורש במילה. נלמד איך למצוא מילים מאותה משפחה.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(ולפעמים ארבע) אותיות שחוזרות בכל מילה מאותה 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שיש להן אותו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תחילית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שמתווספות בתחילת המילה ואינן חלק מהשורש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סיומת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שמתווספות בסוף המילה ואינן חלק מהשורש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קבועה שבה בונים פועל מתוך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 שורשית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 שהיא חלק מהשורש עצמו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 נח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שיש בו אות ו' או י' שלפעמים נחלשת או נעלמת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אותיות יש בדרך כלל בשורש?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קשורה למילה 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תחילית?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אותיות בסוף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אותיות באמצע השורש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אותיות שמתווספות בתחילת המילה ואינן חלק מהשורש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 שורשית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לא קשורה למילים האלה?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השורש של התלבשו?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השורשים יש בדיוק שלוש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מאותה משפחה יכולות להיות בחלקי דיבר שונים, כמו שם עצם ופועל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תחיליות וסיומות הן חלק מהשורש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בשורש לא יכולות להיות אותיות ו' או י'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"מדברים"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קבוצת מילים שנבנתה מאותו שורש נקראת __________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האות שמתווספת בתחילת מילה ואינה חלק מהשורש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השורש של המילה "הסתכלנו"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התבנית הקבועה שבה בונים פועל מתוך שורש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מילה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ישב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מלמדת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שומרים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למד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התרגשנו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יישבו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שמר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מציאת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הסירו סיומות, כמו -ים, -ה, -ות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אילו אותיות נשארות וחוזרות במילים דומות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מצאו את הפועל או המילה הבסיסית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ודאו שיש שלוש או ארבע אותיות שורש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הסירו תחיליות, כמו מ-, ה-, ת-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שורש אחד, וכתבו שלוש מילים מאותה משפחה: שם עצם, שם תואר ופועל. הסבירו בקצרה את ההבדל בין המילים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שורש אחד ושתי מילים מאותה משפחה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שורש לתחילית?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אותיות יש בדרך כלל בשורש?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