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לתחילית וסיומת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אותיות שמתווספות בתחילת המילה ואינן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שורשים מרובעים עם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כולן נבנות מאותו שורש אבל בתבניות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רק נוספות למילה ואינן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שורשים נחים הכוללים ו' או 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(ישב)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הפועל או המילה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תחיליות, כמו מ-, ה-, ת-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הסירו סיומות, כמו -ים, -ה, -ות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אילו אותיות נשארות וחוזרות במילים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ודאו שיש שלוש או ארבע אותיות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שהשורש זהה בשלוש המילים, ושיש הבחנה נכונה בין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עם שתי מילים תואמות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שתחילית נוספת למילה ואינה חלק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שלוש (לפעמים ארבע)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יחד לפני המענה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בלוח דוגמה אחת של הסרת תחילית וסיומת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בסוף השיעור על ההבדל בין שורש למשפחת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שורש במילים, נבדוק אילו מילים שייכות לאותה משפחה, ונבחין בין שורש לבין תחיליות וסיומות שמתווספות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בדרך כלל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שייכת למשפחת השורש כת-ב?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נקרא תחילית?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בסוף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באמצע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שמתווספות בתחילת המילה ואינן חלק מהשורש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שורשית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אינה מאותה משפחה כמו "לימד", "מלמד", "תלמיד"?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השורש של המילה "התלבשו"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השורשים יש בדיוק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יכולות להיות בחלקי דיבר שונים, כמו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תחיליות וסיומות הן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בשורש לא יכולות להיות אותיות ו' או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"מדברים"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מילים שנבנתה מאותו שורש נקראת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שמתווספת בתחילת מילה ואינה חלק מהשורש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"הסתכלנו"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התבנית הקבועה שבה בונים פועל מתוך שורש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יישבו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תחיליות, כמו מ-, ה-, ת-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אילו אותיות נשארות וחוזרות במילים דומות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הפועל או המילה הבסיסית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ודאו שיש שלוש או ארבע אותיות 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סיומות, כמו -ים, -ה, -ות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וכתבו שלוש מילים מאותה משפחה: שם עצם, שם תואר ופועל. הסבירו בקצרה את ההבדל בין המילים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לתחילית?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בדרך כלל בשורש?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